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«Доверенные информационные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"ДОВЕРЕННЫЕ ИНФОРМАЦИОННЫЕ СИСТЕМЫ" (подробнее) Ответчики: ФГБУ "НАЦИОНАЛЬНЫЙ МЕДИЦИНСКИЙ ИССЛЕДОВАТЕЛЬСКИЙ ЦЕНТР РАДИОЛОГИИ" МИНИСТЕРСТВА ЗДРАВООХРАНЕНИЯ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