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Тулуповой Ольге Валентиновне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