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Коновалову Игорю Владимировичу и Сиютину Александру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