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«Пламберрус»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"АктионГаз" (подробнее) Ответчики: ООО "ПЛАМБЕРРУС"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