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Отдел Министерства внутренних дел РФ по г.Магадану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