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Фирма «Проконсим»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Фирма "ПРОКОНСИМ" (подробнее) Московская таможня (подробнее) Ответчики: ФТС России МОСКОВСКАЯ ОБЛАСТНАЯ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