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«ЗабАгроТорг»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"Забагроторг" (подробнее) Ответчики: ООО "Агропромплюс"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