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Республике Тыва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исполнения наказаний по Республике Тыва (подробнее) Ответчики: ОБЩЕСТВО С ОГРАНИЧЕННОЙ ОТВЕТСТВЕННОСТЬЮ "ГРАНИ-ЮГ"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