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Бессольцевой Ольге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