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Кировскому областному территориальному фонду обязательного медицинского страхования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КОГБУЗ "Кировский областной наркологический диспансер" (подробнее) Ответчики: ГНФКУ Кировский областной территориальный фонд обязательного медицинского страхования (подробнее) Иные лица: пред-ль истца: Жуйкова Евгения Валерьевна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