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«Нефтяная компания Экотэк»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"НЕФТЯНАЯ КОМПАНИЯ ЭКОТЭК" (подробнее) Ответчики: ООО "СИГМА ПРАВО ГРУПП" (подробнее) ООО "Симтэк" (подробнее) Иные лица: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