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«Тарасенко»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"ТАРАСЕНКО" (подробнее) Ответчики: зам. Начальника отдела Государственного фитосанитарного контроля и надзора на Государственной границе РФ - Шуменко А.В. (подробнее) Управление федеральной службы по ветеринарному и фитосанитарному надзору по РО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