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«Многоканальные телекоммуникации»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"МНОГОКАНАЛЬНЫЕ ТЕЛЕКОММУНИКАЦИИ" (подробнее) ООО "МТК" (подробнее) Ответчики: ОГИБДД ОМВД России по Петушинскому району Владимирской области (подробнее) Управление Министерства внутренних дел Российской Федерации по Владимирской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