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«СМУ-12»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"Снаб-Авангард" (подробнее) Ответчики: ООО "СМУ-12"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