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(колхозу) «Рассвет»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"Агрохим-Сервис" (подробнее) Ответчики: Сельскохозяйственный колхоз "Рассвет"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