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«Мултон»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"МУЛТОН" (подробнее) Ответчики: Северо-Западная оперативная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