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"СМК РЕСО-МЕД " (подробнее) Территориальный фонд обязательного медицинского страхования Московской области (подробнее) Территориальный фонд обязательного медицинсокго страхования Московской области (подробнее) Ответчики: ООО "Страховая медицинская компания РЕСО-Мед"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