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«Тарасенко»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"ТАРАСЕНКО" (подробнее) Ответчики: заместитель начальника отдела Государственного фитосанитарного контроля и надзора на Государственное границе Российской Федерации- Шуменко А.В. (подробнее) УПРАВЛЕНИЕ ПО ВЕТЕРИНАРНОМУ И ФИТОСАНИТАРНОМУ НАДЗОРУ ПО РО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