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«Выставка достижений народного хозяйства»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"ВЫСТАВКА ДОСТИЖЕНИЙ НАРОДНОГО ХОЗЯЙСТВА" (подробнее) Ответчики: Межрегиональное технологическое управление Федеральной службы по экологическому, технологическому и атомному надзору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