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«1470 управление материально-технического обеспечения»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