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«Жилищно-сервисная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"Жилищно-сервисная компания" (подробнее) Ответчики: Государственная жилищная инспекция Сахалинской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