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Республики Крым «Евпаторийский родильный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ГОСУДАРСТВЕННОЕ БЮДЖЕТНОЕ УЧРЕЖДЕНИЕ ЗДРАВООХРАНЕНИЯ РЕСПУБЛИКИ КРЫМ "ЕВПАТОРИЙСКИЙ РОДИЛЬНЫЙ ДОМ" (подробнее) Ответчики: ТЕРРИТОРИАЛЬНЫЙ ФОНД ОБЯЗАТЕЛЬНОГО МЕДИЦИНСКОГО СТРАХОВАНИЯ РЕСПУБЛИКИ КРЫМ (подробнее) Иные лица: ГОУЗ "Бюро судебно-медицинской экспертизы" (подробнее) ОМВД РОССИИ ПО Г. ЕВПАТОРИИ (подробнее) СПб ГБУЗ "Центр планирования семьи и репродукции"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