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«Фрезениус Нефрокеа»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"ФРЕЗЕНИУС НЕФРОКЕА"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