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ветеринарному и фитосанитарному надзору по Нижегородской области и Республике Марий Эл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"КиПиАй Агро" (подробнее) Ответчики: Управление Федеральной службы по ветеринарному и фитосанитарному надзору по Нижегородской области и Республике Марий Эл (подробнее) Иные лица: Сеченовский районный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