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«Охранное агентство «Легион»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Федеральной службы войск национальной гвардии Российской Федерации по Иркутской области (подробнее) Ответчики: ООО "Охранное агентство "Легион"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