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«Уткина Заводь»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Уткина заводь (подробнее) ООО "Уткина Заводь" (подробнее) Ответчики: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