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Территориальному фонду обязательного медицинского страхования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ГУ "ТФОМС Санкт-Петербурга" (подробнее) Ответчики: Территориальный фонд обязательного медицинского страхования Республики Калмыкия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