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«Уткина Заводь»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Уткина заводь (подробнее) ООО "Уткина Заводь" (подробнее) УФСГР кадастра и картографии по кк (подробнее) Ответчики: Управление Росреестра по КК (подробнее) Управление Федеральной службы государственной регистрации, кадастра и картографии по Краснодарскому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