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отделу Управления Федеральной службы по надзору в сфере защиты прав потребителей и благополучия человека по Свердловской области в Ленинском, Верх-Исетском, Октябрьском и Кировском районах г. Екатеринбурга, публичному акционерному обществу «Росбанк»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ОСП УПРАВЛЕНИЕ ФЕДЕРАЛЬНОЙ СЛУЖБЫ ПО НАДЗОРУ В СФЕРЕ ЗАЩИТЫ ПРАВ ПОТРЕБИТЕЛЕЙ И БЛАГОПОЛУЧИЯ ЧЕЛОВЕКА ПО СВЕРДЛОВСКОЙ ОБЛАСТИ (подробнее) Иные лица: ЗАО ПУБЛИЧНОЕ АКЦИОНЕРНОЕ ОБЩЕСТВО РОСБАНК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