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«Пожарный Гарнизон – Пермь»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15 ОНД по Краснокамскому городскому округу управления надзорной деятельности и профилактической работы МЧС России по Пермскому краю гос. инспектор Щербаков (подробнее) Ответчики: ООО "ПОЖАРНЫЙ ГАРНИЗОН-ПЕРМЬ" (подробнее) Иные лица: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Пермскому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