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Росреестр (подробнее) Управление Федеральной службы государственной регистрации, кадастра и картографии по Ханты-Мансийскому автономному округу-Югре (подробнее) Иные лица: АССОЦИАЦИЯ "УРАЛО-СИБИРСКОЕ ОБЪЕДИНЕНИЕ АРБИТРАЖНЫХ УПРАВЛЯЮЩИХ"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