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Отделению Фонда пенсионного и социального страхования Российской Федерации по Карачаево - Черкесской Республике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Отделение Пенсионного фонда Российской Федерации по Карачаево-Черкесской Республике (подробнее) ГУ Отделение Пенсионного фонда РФ по КЧР (подробнее) Ответчики: ФЕДЕРАЛЬНОЕ КАЗЕННОЕ УЧРЕЖДЕНИЕ "ГЛАВНОЕ БЮРО МЕДИКО-СОЦИАЛЬНОЙ ЭКСПЕРТИЗЫ ПО СТАВРОПОЛЬСКОМУ КРАЮ" МИНИСТЕРСТВА ТРУДА И СОЦИАЛЬНОЙ ЗАЩИТЫ РОССИЙСКОЙ ФЕДЕРАЦИИ (подробнее) ФКУ "ГБ МСЭ по СК" Минтруда России (подробнее) Иные лица: Министерство труда и социальной защиты Российской Федерации (подробнее) Отделение Фонда Пенсионного и Социального Страхования РФ по КЧР (подробнее) Отдел МВД России по г.Черкесску (подробнее) Отдел МВД России по Малокарачаевскому району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