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«ВЛИБОР-Системс»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"Влибор Системс" (подробнее) Ответчики: Инспекция Федеральной налоговой службы №43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