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Кемеровской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"Кузбассоблгаз" (подробнее) Ответчики: УФАС по Кемеровской области-Кузбассу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