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«Доминант»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"Страна карт" (подробнее) Ответчики: ООО "Доминант"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