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«Айсберг»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АО "БАНК ДОМ.РФ" (подробнее) ООО "Айсберг" (подробнее) Ответчики: АООО "Китайская национальная химико-инженерная компания" в КК (подробнее) АООО КИТАЙСКАЯ НАЦИОНАЛЬНАЯ ХИМИКО-ИНЖЕНЕРНОЙ КОМПАНИИ (подробнее) АО Филиал с ограниченной ответственностью "Китайская Национальная Химико-Инженерная Корпорация"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