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здравоохранения Свердловской области «Центр специализированных видов медицинской помощи «Уральский институт травматологии и ортопедии имени В.Д. Чаклина»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 ГОСУДАРСТВЕННОЕ АВТОНОМНОЕ УЧРЕЖДЕНИЕ ЗДРАВООХРАНЕНИЯ СВЕРДЛОВСКОЙ ОБЛАСТИ ЦЕНТР СПЕЦИАЛИЗИРОВАННЫХ ВИДОВ МЕДИЦИНСКОЙ ПОМОЩИ УРАЛЬСКИЙ ИНСТИТУТ ТРАВМАТОЛОГИИ И ОРТОПЕДИИ ИМЕНИ В.Д. ЧАКЛИНА (подробнее) Ответчики: Управление Федеральной антимонопольной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