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ДОРОЖНОГО ХОЗЯЙСТВА КРАСНОДАРСКОГО КРАЯ (подробнее) Министерство транспорта и дорожного хохяйства КК (подробнее) Ответчики: ООО "Основа"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