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Отделу полиции № 1 Управления Министерства внутренних дел Российской Федерации по городу Нижнему Новгороду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Отдел ИАЗ ОП №1 УМВД России по городу Нижнему Новгороду (подробнее) Управление Министерства внутренних дел Российской Федерации по городу Нижнему Новгороду (подробнее) Ответчики: ИП Плюхина Анастасия Александровна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