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«Урало-Сибирская Теплоэнергетическая Компания - Челябинск»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"УРАЛО-СИБИРСКАЯ ТЕПЛОЭНЕРГЕТИЧЕСКАЯ КОМПАНИЯ-ЧЕЛЯБИНСК" (подробнее) Ответчики: ООО "РАДА"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