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«Антрацит Трейд»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АО "САХАРНЫЙ ЗАВОД "СВОБОДА" (подробнее) Ответчики: ООО "Антрацит Трейд"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