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«Нарьян-Марстройинвест»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казенное учреждение Ненецкого автономного округа "Централизованный стройзаказчик" (подробнее) Ответчики: ООО "Нарьян-Марстройинвест"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