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«Уральский Торговый Дом»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"Уральский торговый дом" (подробнее) Иные лица: ООО "СМЦ Союз"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