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«Путеводитель по инновациям»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"Путеводитель по инновациям" (подробнее) Ответчики: УФАС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