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«АБФ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"АБФ ЛОГИСТИК" (подробнее) Ответчики: Департамент тарифного регулирования Томской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