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потребительского рынка и услуг,контроля в сфере производства и оборота этилового спирта,алкогольной и спиртосодержащей продукции Брянской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