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«Афива»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"Афива" (подробнее) Ответчики: ООО "ГИФТ"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