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"Альвар", г.Казань (подробнее) Ответчики: ООО "Трио", г. Нижнекамск (подробнее) Иные лица: Межрайонная инспекция Федеральной налоговой службы №11 по Республике Татарстан (подробнее)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