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здравоохранения Ярославской области городская больница № 4 города Рыбинска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здравоохранения Ярославской области городская больница №4 г. Рыбинска (подробнее) Ответчики: АО "СТРАХОВАЯ КОМПАНИЯ "СОГАЗ-МЕД" (подробнее) Департамент здравоохранения и фармации Ярославской области (подробнее) Территориальный фонд обязательного медицинского страхования Ярославской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