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Западно-Уральскому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"Энергосбыт Плюс" (подробнее) Ответчики: Западно-уральское Управление Федеральной службы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